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לעבודת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השונים בעבודת השורשים (עץ משפחה, ראיון, עיצוב 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ציטוט וציון מקורות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בסיסיים לעיצוב דף A4 ולניהול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קשר משפחתי, כמו הורה מאמץ/ת או אח/ות למחצה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שומרים אותה לרשימה עם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כותרת, תמונה,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צריך לבקש רשות לפני 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בטיפים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ליישר אותו דבר בכל הדף, בלי ערבוב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מצטטים דברים מדויקים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העתקה, וצריך תמיד לציין את המקור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מקור לפרטים הנדרשים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המרואיין/ת, קרבה, מקום, תאריך)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המחבר/ת, שם הספר, הוצאה, עיר, שנה, עמוד)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הדף, שם האתר, כתובת מלאה, תאריך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 בתמונה, איפה ומתי, ומאיפה התמונה)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(סוג המסמך, של מי, שנה, היכן נשמר)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לניהול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קבעו מראש זמן ומקום שקט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בקשו רשות להקליט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ושאלו שאלת המשך, כמו ומה קרה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הנושא רגיש, אפשר לעבור לשאלה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הראיון אמרו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בעזרת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משלימ/ה את משפטי המסגרת (השם, פירושו, למה נבחר) במשפטים מלאים, כתובים בשפה ברורה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רשות מהמרואיין/ת להקליט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כ-2 ס"מ מכל צד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כשמעתיקים מילים מדויקות שמישהו אמר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דוגמה אחת מכל כלי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לדוגמאות האמיתיות מהעמוד (ראיון עם רחל לוי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לעבודת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הכלים של עבודת השורשים יש כמה עזרים: בונה עץ משפחה, מאגר שאלות לראיון, הנחיות לעיצוב דף A4, מסגרות כתיבה ודף הסבר על ציטוט ומקורות. דף זה מתרגל את התוכן של כל הכלים.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להוסיף בבונה עץ המשפחה חוץ מהורים וסבים?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הורים וסבים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קשר משפחתי, כמו הורה מאמץ/ת או אח/ות למחצה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בני הדור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שכבות דורות מוצגות בכלי בונה עץ המשפחה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כששואלים שאלה טובה במאגר שאלות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שומרים אותה לרשימה עם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את הנושא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שוליים מומלץ להשאיר בדף A4 מכל 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ס"מ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סדר החשיבות המומלץ בעיצוב דף, כך שהעין תדע מאיפה להתחיל?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תמונה, כותרת,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תמונה,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טקסט, כותרת,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תמונה, טקסט, 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להקליט ראיון בלי לבקש רשות מהמרואיין/ת.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נושא בראיון רגיש, מותר לעבור לשאלה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אחד אפשר ליישר חלק מהטקסט לימין וחלק למרכז, כדי שיהיה מגוון.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מדויק של מילים שמישהו אמר נכתב בתוך 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להעתיק פסקה שלמה ממקור בלי לציין מאיפה היא הגיעה.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שמקליטים ראיון חייבים לבקש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בדף A4 מומלץ להשאיר שוליים של כ-__________ ס"מ מכל צד.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כלי בונה עץ המשפחה מאפשר ליצור בסוף __________ להכניס לעבודה.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כשמצטטים מילים מדויקות של מישהו, כותבים אותן בתוך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במסגרת הכתיבה של פרק מי אני, אחד המשפטים הוא: קוראים לי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סוג מקור לפרטים הנדרשים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סוג המסמך, של מי, שנה, היכן נשמר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הדף, שם האתר, כתובת מלאה, תאריך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המחבר/ת, שם הספר, הוצאה, עיר, שנה, עמוד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המרואיין/ת, קרבה, מקום, תאריך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מסמך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בתמונה, איפה ומתי, ומאיפה התמונה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לניהול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אמרו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ושאלו שאלת המשך, כמו ומה קרה אחר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בקשו רשות להקליט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מראש זמן ומקום שקט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הנושא רגיש, אפשר לעבור לשאלה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בעזרת מסגרת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השתמשו במסגרת הכתיבה של פרק מי אני והשלימו 3-4 מהמשפטים בעצמכם, במשפטים מלאים וברורים.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חייבים לבקש לפני הקלטת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ס"מ שוליים מומלץ להשאיר בדף A4?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כותבים ציטוט בתוך מירכאות?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לעבודת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