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לעבודת 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הכלים השונים בעבודת השורשים (עץ משפחה, ראיון, עיצוב דף)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ציטוט וציון מקורות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עקרונות בסיסיים לעיצוב דף A4 ולניהול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קשר משפחתי, כמו הורה מאמץ/ת או אח/ות למחצה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שומרים אותה לרשימה עם כוכב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צריך לבקש רשות לפני הקלטה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בטיפים לראיון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סוג מקור לפרטים הנדרשים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המרואיין/ת, קרבה, מקום, תאריך)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(שם הדף, שם האתר, כתובת מלאה, תאריך כניסה)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(סוג המסמך, של מי, שנה, היכן נשמר)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לניהול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קבעו מראש זמן ומקום שקט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בקשו רשות להקליט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הקשיבו ושאלו שאלת המשך, כמו ומה קרה 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בעזרת 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משלימ/ה את משפטי המסגרת (השם, פירושו, למה נבחר) במשפטים מלאים, כתובים בשפה ברורה ומכבדת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רשות מהמרואיין/ת להקליט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כ-2 ס"מ מכל צד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כשמעתיקים מילים מדויקות שמישהו אמר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דוגמה אחת מכל כלי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ההתאמה לדוגמאות האמיתיות מהעמוד (ראיון עם רחל לוי וכו')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ולהתמקד בבסיס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לעבודת 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בעמוד הכלים של עבודת השורשים יש כמה עזרים: בונה עץ משפחה, מאגר שאלות לראיון, הנחיות לעיצוב דף A4, מסגרות כתיבה ודף הסבר על ציטוט ומקורות. דף זה מתרגל את התוכן של כל הכלים.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רשות  ·  תמונה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אפשר להוסיף בבונה עץ המשפחה חוץ מהורים וסבים?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הורים וסבים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קשר משפחתי, כמו הורה מאמץ/ת או אח/ות למחצה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כששואלים שאלה טובה במאגר שאלות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מוחקים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שומרים אותה לרשימה עם 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מתעלמים ממנה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להקליט ראיון בלי לבקש רשות מהמרואיין/ת.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נושא בראיון רגיש, מותר לעבור לשאלה אחרת.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שמקליטים ראיון חייבים לבקש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כלי בונה עץ המשפחה מאפשר ליצור בסוף __________ להכניס לעבודה.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סוג מקור לפרטים הנדרשים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שם הדף, שם האתר, כתובת מלאה, תאריך כניסה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סוג המסמך, של מי, שנה, היכן נשמר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מסמך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שם המרואיין/ת, קרבה, מקום, תאריך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לניהול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בקשו רשות להקליט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הקשיבו ושאלו שאלת המשך, כמו ומה קרה אחר כך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קבעו מראש זמן ומקום שקט לראיון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בעזרת מסגרת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השתמשו במסגרת הכתיבה של פרק מי אני והשלימו 3-4 מהמשפטים בעצמכם, במשפטים מלאים וברורים.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חייבים לבקש לפני הקלטת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ס"מ שוליים מומלץ להשאיר בדף A4?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כלים לעבודת 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